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EACB0" w14:textId="77777777" w:rsidR="0025436E" w:rsidRDefault="00000000">
      <w:pPr>
        <w:spacing w:after="100" w:line="259" w:lineRule="auto"/>
        <w:jc w:val="center"/>
        <w:rPr>
          <w:lang w:eastAsia="ja-JP"/>
        </w:rPr>
      </w:pPr>
      <w:r>
        <w:rPr>
          <w:b/>
          <w:color w:val="000000"/>
          <w:sz w:val="36"/>
          <w:lang w:eastAsia="ja-JP"/>
        </w:rPr>
        <w:t>施術・レッスン確認同意書</w:t>
      </w:r>
    </w:p>
    <w:tbl>
      <w:tblPr>
        <w:tblW w:w="0" w:type="auto"/>
        <w:jc w:val="center"/>
        <w:tblLayout w:type="fixed"/>
        <w:tblLook w:val="04A0" w:firstRow="1" w:lastRow="0" w:firstColumn="1" w:lastColumn="0" w:noHBand="0" w:noVBand="1"/>
      </w:tblPr>
      <w:tblGrid>
        <w:gridCol w:w="2211"/>
        <w:gridCol w:w="7767"/>
      </w:tblGrid>
      <w:tr w:rsidR="0025436E" w14:paraId="6765D665" w14:textId="77777777">
        <w:trPr>
          <w:jc w:val="center"/>
        </w:trPr>
        <w:tc>
          <w:tcPr>
            <w:tcW w:w="2211" w:type="dxa"/>
            <w:tcBorders>
              <w:top w:val="single" w:sz="5" w:space="0" w:color="B9C9C7"/>
              <w:left w:val="single" w:sz="5" w:space="0" w:color="B9C9C7"/>
              <w:bottom w:val="single" w:sz="5" w:space="0" w:color="B9C9C7"/>
              <w:right w:val="single" w:sz="5" w:space="0" w:color="B9C9C7"/>
            </w:tcBorders>
            <w:shd w:val="clear" w:color="auto" w:fill="EAF2F1"/>
            <w:vAlign w:val="center"/>
            <w:tcMar>
              <w:top w:w="80" w:type="dxa"/>
              <w:bottom w:w="80" w:type="dxa"/>
              <w:left w:w="100" w:type="dxa"/>
              <w:right w:w="100" w:type="dxa"/>
            </w:tcMar>
          </w:tcPr>
          <w:p w14:paraId="62F3A9F0" w14:textId="77777777" w:rsidR="0025436E" w:rsidRDefault="00000000">
            <w:pPr>
              <w:spacing w:after="0"/>
              <w:jc w:val="center"/>
            </w:pPr>
            <w:proofErr w:type="spellStart"/>
            <w:r>
              <w:rPr>
                <w:b/>
                <w:color w:val="000000"/>
                <w:sz w:val="22"/>
              </w:rPr>
              <w:t>実施内容</w:t>
            </w:r>
            <w:proofErr w:type="spellEnd"/>
          </w:p>
        </w:tc>
        <w:tc>
          <w:tcPr>
            <w:tcW w:w="7767" w:type="dxa"/>
            <w:tcBorders>
              <w:top w:val="single" w:sz="5" w:space="0" w:color="B9C9C7"/>
              <w:left w:val="single" w:sz="5" w:space="0" w:color="B9C9C7"/>
              <w:bottom w:val="single" w:sz="5" w:space="0" w:color="B9C9C7"/>
              <w:right w:val="single" w:sz="5" w:space="0" w:color="B9C9C7"/>
            </w:tcBorders>
            <w:vAlign w:val="center"/>
            <w:tcMar>
              <w:top w:w="80" w:type="dxa"/>
              <w:bottom w:w="80" w:type="dxa"/>
              <w:left w:w="100" w:type="dxa"/>
              <w:right w:w="100" w:type="dxa"/>
            </w:tcMar>
          </w:tcPr>
          <w:p w14:paraId="38CB3966" w14:textId="77777777" w:rsidR="0025436E" w:rsidRDefault="00000000">
            <w:pPr>
              <w:spacing w:after="0"/>
              <w:rPr>
                <w:lang w:eastAsia="ja-JP"/>
              </w:rPr>
            </w:pPr>
            <w:r>
              <w:rPr>
                <w:color w:val="000000"/>
                <w:sz w:val="22"/>
                <w:lang w:eastAsia="ja-JP"/>
              </w:rPr>
              <w:t>□ 施術　　□ レッスン　　□ その他（　　　　　　　　　　　　　　　　）</w:t>
            </w:r>
          </w:p>
        </w:tc>
      </w:tr>
      <w:tr w:rsidR="0025436E" w14:paraId="579E1704" w14:textId="77777777">
        <w:trPr>
          <w:jc w:val="center"/>
        </w:trPr>
        <w:tc>
          <w:tcPr>
            <w:tcW w:w="2211" w:type="dxa"/>
            <w:tcBorders>
              <w:top w:val="single" w:sz="5" w:space="0" w:color="B9C9C7"/>
              <w:left w:val="single" w:sz="5" w:space="0" w:color="B9C9C7"/>
              <w:bottom w:val="single" w:sz="5" w:space="0" w:color="B9C9C7"/>
              <w:right w:val="single" w:sz="5" w:space="0" w:color="B9C9C7"/>
            </w:tcBorders>
            <w:shd w:val="clear" w:color="auto" w:fill="EAF2F1"/>
            <w:vAlign w:val="center"/>
            <w:tcMar>
              <w:top w:w="80" w:type="dxa"/>
              <w:bottom w:w="80" w:type="dxa"/>
              <w:left w:w="100" w:type="dxa"/>
              <w:right w:w="100" w:type="dxa"/>
            </w:tcMar>
          </w:tcPr>
          <w:p w14:paraId="48DEC073" w14:textId="77777777" w:rsidR="0025436E" w:rsidRDefault="00000000">
            <w:pPr>
              <w:spacing w:after="0"/>
              <w:jc w:val="center"/>
            </w:pPr>
            <w:proofErr w:type="spellStart"/>
            <w:r>
              <w:rPr>
                <w:b/>
                <w:color w:val="000000"/>
                <w:sz w:val="22"/>
              </w:rPr>
              <w:t>実施日（同意日</w:t>
            </w:r>
            <w:proofErr w:type="spellEnd"/>
            <w:r>
              <w:rPr>
                <w:b/>
                <w:color w:val="000000"/>
                <w:sz w:val="22"/>
              </w:rPr>
              <w:t>）</w:t>
            </w:r>
          </w:p>
        </w:tc>
        <w:tc>
          <w:tcPr>
            <w:tcW w:w="7767" w:type="dxa"/>
            <w:tcBorders>
              <w:top w:val="single" w:sz="5" w:space="0" w:color="B9C9C7"/>
              <w:left w:val="single" w:sz="5" w:space="0" w:color="B9C9C7"/>
              <w:bottom w:val="single" w:sz="5" w:space="0" w:color="B9C9C7"/>
              <w:right w:val="single" w:sz="5" w:space="0" w:color="B9C9C7"/>
            </w:tcBorders>
            <w:vAlign w:val="center"/>
            <w:tcMar>
              <w:top w:w="80" w:type="dxa"/>
              <w:bottom w:w="80" w:type="dxa"/>
              <w:left w:w="100" w:type="dxa"/>
              <w:right w:w="100" w:type="dxa"/>
            </w:tcMar>
          </w:tcPr>
          <w:p w14:paraId="2489DADD" w14:textId="77777777" w:rsidR="0025436E" w:rsidRDefault="00000000">
            <w:pPr>
              <w:spacing w:after="0"/>
            </w:pPr>
            <w:r>
              <w:rPr>
                <w:color w:val="000000"/>
                <w:sz w:val="22"/>
              </w:rPr>
              <w:t xml:space="preserve">　　　　年　　月　　日</w:t>
            </w:r>
          </w:p>
        </w:tc>
      </w:tr>
    </w:tbl>
    <w:p w14:paraId="66E5E046" w14:textId="77777777" w:rsidR="0025436E" w:rsidRDefault="00000000">
      <w:pPr>
        <w:spacing w:before="120" w:after="80" w:line="259" w:lineRule="auto"/>
        <w:rPr>
          <w:lang w:eastAsia="ja-JP"/>
        </w:rPr>
      </w:pPr>
      <w:r>
        <w:rPr>
          <w:color w:val="000000"/>
          <w:sz w:val="22"/>
          <w:lang w:eastAsia="ja-JP"/>
        </w:rPr>
        <w:t>安全に施術・レッスンを受けていただくため、以下をご確認ください。内容をご理解のうえ、末尾にご署名をお願いします。</w:t>
      </w:r>
    </w:p>
    <w:tbl>
      <w:tblPr>
        <w:tblW w:w="0" w:type="auto"/>
        <w:jc w:val="center"/>
        <w:tblLook w:val="04A0" w:firstRow="1" w:lastRow="0" w:firstColumn="1" w:lastColumn="0" w:noHBand="0" w:noVBand="1"/>
      </w:tblPr>
      <w:tblGrid>
        <w:gridCol w:w="10092"/>
      </w:tblGrid>
      <w:tr w:rsidR="0025436E" w14:paraId="0C892A86" w14:textId="77777777">
        <w:trPr>
          <w:jc w:val="center"/>
        </w:trPr>
        <w:tc>
          <w:tcPr>
            <w:tcW w:w="10092" w:type="dxa"/>
            <w:tcBorders>
              <w:bottom w:val="single" w:sz="5" w:space="0" w:color="2F6F69"/>
            </w:tcBorders>
            <w:shd w:val="clear" w:color="auto" w:fill="EAF2F1"/>
            <w:vAlign w:val="center"/>
            <w:tcMar>
              <w:top w:w="80" w:type="dxa"/>
              <w:bottom w:w="80" w:type="dxa"/>
              <w:left w:w="100" w:type="dxa"/>
              <w:right w:w="100" w:type="dxa"/>
            </w:tcMar>
          </w:tcPr>
          <w:p w14:paraId="1BD9C5E2" w14:textId="77777777" w:rsidR="0025436E" w:rsidRDefault="00000000">
            <w:pPr>
              <w:keepNext/>
              <w:spacing w:after="0"/>
            </w:pPr>
            <w:r>
              <w:rPr>
                <w:b/>
                <w:color w:val="000000"/>
                <w:sz w:val="22"/>
              </w:rPr>
              <w:t xml:space="preserve">1. </w:t>
            </w:r>
            <w:proofErr w:type="spellStart"/>
            <w:r>
              <w:rPr>
                <w:b/>
                <w:color w:val="000000"/>
                <w:sz w:val="22"/>
              </w:rPr>
              <w:t>サービスの位置づけ</w:t>
            </w:r>
            <w:proofErr w:type="spellEnd"/>
          </w:p>
        </w:tc>
      </w:tr>
    </w:tbl>
    <w:p w14:paraId="05310BBC" w14:textId="182C5632" w:rsidR="0025436E" w:rsidRDefault="00000000">
      <w:pPr>
        <w:spacing w:before="40" w:after="60" w:line="259" w:lineRule="auto"/>
        <w:ind w:left="113" w:right="57"/>
        <w:rPr>
          <w:lang w:eastAsia="ja-JP"/>
        </w:rPr>
      </w:pPr>
      <w:r>
        <w:rPr>
          <w:color w:val="000000"/>
          <w:sz w:val="23"/>
          <w:lang w:eastAsia="ja-JP"/>
        </w:rPr>
        <w:t>本サービスは、健康維持・リラクゼーション・セルフケアを目的とするものであり、</w:t>
      </w:r>
      <w:r w:rsidRPr="006639F8">
        <w:rPr>
          <w:color w:val="000000"/>
          <w:sz w:val="23"/>
          <w:lang w:eastAsia="ja-JP"/>
        </w:rPr>
        <w:t>医療行為では</w:t>
      </w:r>
      <w:r w:rsidR="006639F8" w:rsidRPr="006639F8">
        <w:rPr>
          <w:rFonts w:ascii="ＭＳ 明朝" w:eastAsia="ＭＳ 明朝" w:hAnsi="ＭＳ 明朝" w:cs="ＭＳ 明朝" w:hint="eastAsia"/>
          <w:color w:val="000000"/>
          <w:sz w:val="23"/>
          <w:lang w:eastAsia="ja-JP"/>
        </w:rPr>
        <w:t>ないこと、</w:t>
      </w:r>
      <w:r w:rsidRPr="006639F8">
        <w:rPr>
          <w:color w:val="000000"/>
          <w:sz w:val="23"/>
          <w:lang w:eastAsia="ja-JP"/>
        </w:rPr>
        <w:t>病気の診断、治療または治癒を保証するものでは</w:t>
      </w:r>
      <w:r w:rsidR="006639F8" w:rsidRPr="006639F8">
        <w:rPr>
          <w:rFonts w:ascii="ＭＳ 明朝" w:eastAsia="ＭＳ 明朝" w:hAnsi="ＭＳ 明朝" w:cs="ＭＳ 明朝" w:hint="eastAsia"/>
          <w:color w:val="000000"/>
          <w:sz w:val="23"/>
          <w:lang w:eastAsia="ja-JP"/>
        </w:rPr>
        <w:t>ないことを理解します。</w:t>
      </w:r>
    </w:p>
    <w:tbl>
      <w:tblPr>
        <w:tblW w:w="0" w:type="auto"/>
        <w:jc w:val="center"/>
        <w:tblLook w:val="04A0" w:firstRow="1" w:lastRow="0" w:firstColumn="1" w:lastColumn="0" w:noHBand="0" w:noVBand="1"/>
      </w:tblPr>
      <w:tblGrid>
        <w:gridCol w:w="10092"/>
      </w:tblGrid>
      <w:tr w:rsidR="0025436E" w14:paraId="0573BDFD" w14:textId="77777777">
        <w:trPr>
          <w:jc w:val="center"/>
        </w:trPr>
        <w:tc>
          <w:tcPr>
            <w:tcW w:w="10092" w:type="dxa"/>
            <w:tcBorders>
              <w:bottom w:val="single" w:sz="5" w:space="0" w:color="2F6F69"/>
            </w:tcBorders>
            <w:shd w:val="clear" w:color="auto" w:fill="EAF2F1"/>
            <w:vAlign w:val="center"/>
            <w:tcMar>
              <w:top w:w="80" w:type="dxa"/>
              <w:bottom w:w="80" w:type="dxa"/>
              <w:left w:w="100" w:type="dxa"/>
              <w:right w:w="100" w:type="dxa"/>
            </w:tcMar>
          </w:tcPr>
          <w:p w14:paraId="459BCF7D" w14:textId="77777777" w:rsidR="0025436E" w:rsidRDefault="00000000">
            <w:pPr>
              <w:keepNext/>
              <w:spacing w:after="0"/>
            </w:pPr>
            <w:r>
              <w:rPr>
                <w:b/>
                <w:color w:val="000000"/>
                <w:sz w:val="22"/>
              </w:rPr>
              <w:t xml:space="preserve">2. </w:t>
            </w:r>
            <w:proofErr w:type="spellStart"/>
            <w:r>
              <w:rPr>
                <w:b/>
                <w:color w:val="000000"/>
                <w:sz w:val="22"/>
              </w:rPr>
              <w:t>体調等の申告</w:t>
            </w:r>
            <w:proofErr w:type="spellEnd"/>
          </w:p>
        </w:tc>
      </w:tr>
    </w:tbl>
    <w:p w14:paraId="444C42A4" w14:textId="77777777" w:rsidR="0025436E" w:rsidRDefault="00000000">
      <w:pPr>
        <w:spacing w:before="40" w:after="60" w:line="259" w:lineRule="auto"/>
        <w:ind w:left="113" w:right="57"/>
        <w:rPr>
          <w:lang w:eastAsia="ja-JP"/>
        </w:rPr>
      </w:pPr>
      <w:r>
        <w:rPr>
          <w:color w:val="000000"/>
          <w:sz w:val="23"/>
          <w:lang w:eastAsia="ja-JP"/>
        </w:rPr>
        <w:t>現在の体調、治療中の病気、服薬、妊娠の可能性、皮膚の炎症・傷、温熱への過敏症、その他安全上必要な事項を、事前に実施者へ伝えます。治療中または体調に不安がある場合は、必要に応じて医師へ相談します。</w:t>
      </w:r>
    </w:p>
    <w:tbl>
      <w:tblPr>
        <w:tblW w:w="0" w:type="auto"/>
        <w:jc w:val="center"/>
        <w:tblLook w:val="04A0" w:firstRow="1" w:lastRow="0" w:firstColumn="1" w:lastColumn="0" w:noHBand="0" w:noVBand="1"/>
      </w:tblPr>
      <w:tblGrid>
        <w:gridCol w:w="10092"/>
      </w:tblGrid>
      <w:tr w:rsidR="0025436E" w14:paraId="2ECB3913" w14:textId="77777777">
        <w:trPr>
          <w:jc w:val="center"/>
        </w:trPr>
        <w:tc>
          <w:tcPr>
            <w:tcW w:w="10092" w:type="dxa"/>
            <w:tcBorders>
              <w:bottom w:val="single" w:sz="5" w:space="0" w:color="2F6F69"/>
            </w:tcBorders>
            <w:shd w:val="clear" w:color="auto" w:fill="EAF2F1"/>
            <w:vAlign w:val="center"/>
            <w:tcMar>
              <w:top w:w="80" w:type="dxa"/>
              <w:bottom w:w="80" w:type="dxa"/>
              <w:left w:w="100" w:type="dxa"/>
              <w:right w:w="100" w:type="dxa"/>
            </w:tcMar>
          </w:tcPr>
          <w:p w14:paraId="3CA55C1A" w14:textId="77777777" w:rsidR="0025436E" w:rsidRDefault="00000000">
            <w:pPr>
              <w:keepNext/>
              <w:spacing w:after="0"/>
            </w:pPr>
            <w:r>
              <w:rPr>
                <w:b/>
                <w:color w:val="000000"/>
                <w:sz w:val="22"/>
              </w:rPr>
              <w:t xml:space="preserve">3. </w:t>
            </w:r>
            <w:proofErr w:type="spellStart"/>
            <w:r>
              <w:rPr>
                <w:b/>
                <w:color w:val="000000"/>
                <w:sz w:val="22"/>
              </w:rPr>
              <w:t>温熱によるリスク</w:t>
            </w:r>
            <w:proofErr w:type="spellEnd"/>
          </w:p>
        </w:tc>
      </w:tr>
    </w:tbl>
    <w:p w14:paraId="45594965" w14:textId="77777777" w:rsidR="0025436E" w:rsidRDefault="00000000">
      <w:pPr>
        <w:spacing w:before="40" w:after="60" w:line="259" w:lineRule="auto"/>
        <w:ind w:left="113" w:right="57"/>
        <w:rPr>
          <w:lang w:eastAsia="ja-JP"/>
        </w:rPr>
      </w:pPr>
      <w:r>
        <w:rPr>
          <w:color w:val="000000"/>
          <w:sz w:val="23"/>
          <w:lang w:eastAsia="ja-JP"/>
        </w:rPr>
        <w:t>温熱器を使用するため、熱さ、赤み、違和感、まれに火傷等が生じる可能性があることを理解します。熱い・痛い・苦しい・気分が悪い等を感じた場合は、我慢せず直ちに申し出ます。</w:t>
      </w:r>
    </w:p>
    <w:tbl>
      <w:tblPr>
        <w:tblW w:w="0" w:type="auto"/>
        <w:jc w:val="center"/>
        <w:tblLook w:val="04A0" w:firstRow="1" w:lastRow="0" w:firstColumn="1" w:lastColumn="0" w:noHBand="0" w:noVBand="1"/>
      </w:tblPr>
      <w:tblGrid>
        <w:gridCol w:w="10092"/>
      </w:tblGrid>
      <w:tr w:rsidR="0025436E" w14:paraId="71FAC155" w14:textId="77777777">
        <w:trPr>
          <w:jc w:val="center"/>
        </w:trPr>
        <w:tc>
          <w:tcPr>
            <w:tcW w:w="10092" w:type="dxa"/>
            <w:tcBorders>
              <w:bottom w:val="single" w:sz="5" w:space="0" w:color="2F6F69"/>
            </w:tcBorders>
            <w:shd w:val="clear" w:color="auto" w:fill="EAF2F1"/>
            <w:vAlign w:val="center"/>
            <w:tcMar>
              <w:top w:w="80" w:type="dxa"/>
              <w:bottom w:w="80" w:type="dxa"/>
              <w:left w:w="100" w:type="dxa"/>
              <w:right w:w="100" w:type="dxa"/>
            </w:tcMar>
          </w:tcPr>
          <w:p w14:paraId="0D618A13" w14:textId="77777777" w:rsidR="0025436E" w:rsidRDefault="00000000">
            <w:pPr>
              <w:keepNext/>
              <w:spacing w:after="0"/>
            </w:pPr>
            <w:r>
              <w:rPr>
                <w:b/>
                <w:color w:val="000000"/>
                <w:sz w:val="22"/>
              </w:rPr>
              <w:t xml:space="preserve">4. </w:t>
            </w:r>
            <w:proofErr w:type="spellStart"/>
            <w:r>
              <w:rPr>
                <w:b/>
                <w:color w:val="000000"/>
                <w:sz w:val="22"/>
              </w:rPr>
              <w:t>安全上の指示</w:t>
            </w:r>
            <w:proofErr w:type="spellEnd"/>
          </w:p>
        </w:tc>
      </w:tr>
    </w:tbl>
    <w:p w14:paraId="3BD7D031" w14:textId="7C9C22E3" w:rsidR="0025436E" w:rsidRDefault="00000000">
      <w:pPr>
        <w:spacing w:before="40" w:after="60" w:line="259" w:lineRule="auto"/>
        <w:ind w:left="113" w:right="57"/>
        <w:rPr>
          <w:lang w:eastAsia="ja-JP"/>
        </w:rPr>
      </w:pPr>
      <w:r>
        <w:rPr>
          <w:color w:val="000000"/>
          <w:sz w:val="23"/>
          <w:lang w:eastAsia="ja-JP"/>
        </w:rPr>
        <w:t>実施者の安全上の説明・指示に従います。安全確保が難しいと実施者が判断した場合、内容の変更または中止となること</w:t>
      </w:r>
      <w:r w:rsidR="006639F8" w:rsidRPr="006639F8">
        <w:rPr>
          <w:rFonts w:ascii="ＭＳ 明朝" w:eastAsia="ＭＳ 明朝" w:hAnsi="ＭＳ 明朝" w:cs="ＭＳ 明朝" w:hint="eastAsia"/>
          <w:color w:val="000000"/>
          <w:sz w:val="23"/>
          <w:lang w:eastAsia="ja-JP"/>
        </w:rPr>
        <w:t>について理解します</w:t>
      </w:r>
      <w:r w:rsidRPr="006639F8">
        <w:rPr>
          <w:color w:val="000000"/>
          <w:sz w:val="23"/>
          <w:lang w:eastAsia="ja-JP"/>
        </w:rPr>
        <w:t>。</w:t>
      </w:r>
    </w:p>
    <w:tbl>
      <w:tblPr>
        <w:tblW w:w="0" w:type="auto"/>
        <w:jc w:val="center"/>
        <w:tblLook w:val="04A0" w:firstRow="1" w:lastRow="0" w:firstColumn="1" w:lastColumn="0" w:noHBand="0" w:noVBand="1"/>
      </w:tblPr>
      <w:tblGrid>
        <w:gridCol w:w="10092"/>
      </w:tblGrid>
      <w:tr w:rsidR="0025436E" w14:paraId="70AF8EAA" w14:textId="77777777">
        <w:trPr>
          <w:jc w:val="center"/>
        </w:trPr>
        <w:tc>
          <w:tcPr>
            <w:tcW w:w="10092" w:type="dxa"/>
            <w:tcBorders>
              <w:bottom w:val="single" w:sz="5" w:space="0" w:color="2F6F69"/>
            </w:tcBorders>
            <w:shd w:val="clear" w:color="auto" w:fill="EAF2F1"/>
            <w:vAlign w:val="center"/>
            <w:tcMar>
              <w:top w:w="80" w:type="dxa"/>
              <w:bottom w:w="80" w:type="dxa"/>
              <w:left w:w="100" w:type="dxa"/>
              <w:right w:w="100" w:type="dxa"/>
            </w:tcMar>
          </w:tcPr>
          <w:p w14:paraId="615ABA72" w14:textId="77777777" w:rsidR="0025436E" w:rsidRDefault="00000000">
            <w:pPr>
              <w:keepNext/>
              <w:spacing w:after="0"/>
            </w:pPr>
            <w:r>
              <w:rPr>
                <w:b/>
                <w:color w:val="000000"/>
                <w:sz w:val="22"/>
              </w:rPr>
              <w:t xml:space="preserve">5. </w:t>
            </w:r>
            <w:proofErr w:type="spellStart"/>
            <w:r>
              <w:rPr>
                <w:b/>
                <w:color w:val="000000"/>
                <w:sz w:val="22"/>
              </w:rPr>
              <w:t>責任の範囲</w:t>
            </w:r>
            <w:proofErr w:type="spellEnd"/>
          </w:p>
        </w:tc>
      </w:tr>
    </w:tbl>
    <w:p w14:paraId="1A00F523" w14:textId="4F788538" w:rsidR="0025436E" w:rsidRDefault="00000000">
      <w:pPr>
        <w:spacing w:before="40" w:after="60" w:line="259" w:lineRule="auto"/>
        <w:ind w:left="113" w:right="57"/>
        <w:rPr>
          <w:lang w:eastAsia="ja-JP"/>
        </w:rPr>
      </w:pPr>
      <w:r>
        <w:rPr>
          <w:color w:val="000000"/>
          <w:sz w:val="23"/>
          <w:lang w:eastAsia="ja-JP"/>
        </w:rPr>
        <w:t>申告すべき事項を伝えなかった場合、または安全上の指示に従わなかったことにより生じた損害については、実施者に故意または過失がある場合を除き、実施者は</w:t>
      </w:r>
      <w:r w:rsidRPr="00CC1F73">
        <w:rPr>
          <w:color w:val="000000"/>
          <w:sz w:val="23"/>
          <w:lang w:eastAsia="ja-JP"/>
        </w:rPr>
        <w:t>責任を負</w:t>
      </w:r>
      <w:r w:rsidR="00CC1F73" w:rsidRPr="00CC1F73">
        <w:rPr>
          <w:rFonts w:ascii="ＭＳ 明朝" w:eastAsia="ＭＳ 明朝" w:hAnsi="ＭＳ 明朝" w:cs="ＭＳ 明朝" w:hint="eastAsia"/>
          <w:color w:val="000000"/>
          <w:sz w:val="23"/>
          <w:lang w:eastAsia="ja-JP"/>
        </w:rPr>
        <w:t>わないことを理解します</w:t>
      </w:r>
      <w:r w:rsidRPr="00CC1F73">
        <w:rPr>
          <w:color w:val="000000"/>
          <w:sz w:val="23"/>
          <w:lang w:eastAsia="ja-JP"/>
        </w:rPr>
        <w:t>。</w:t>
      </w:r>
    </w:p>
    <w:tbl>
      <w:tblPr>
        <w:tblW w:w="0" w:type="auto"/>
        <w:jc w:val="center"/>
        <w:tblLook w:val="04A0" w:firstRow="1" w:lastRow="0" w:firstColumn="1" w:lastColumn="0" w:noHBand="0" w:noVBand="1"/>
      </w:tblPr>
      <w:tblGrid>
        <w:gridCol w:w="10092"/>
      </w:tblGrid>
      <w:tr w:rsidR="0025436E" w14:paraId="09877E0A" w14:textId="77777777">
        <w:trPr>
          <w:jc w:val="center"/>
        </w:trPr>
        <w:tc>
          <w:tcPr>
            <w:tcW w:w="10092" w:type="dxa"/>
            <w:tcBorders>
              <w:bottom w:val="single" w:sz="5" w:space="0" w:color="2F6F69"/>
            </w:tcBorders>
            <w:shd w:val="clear" w:color="auto" w:fill="EAF2F1"/>
            <w:vAlign w:val="center"/>
            <w:tcMar>
              <w:top w:w="80" w:type="dxa"/>
              <w:bottom w:w="80" w:type="dxa"/>
              <w:left w:w="100" w:type="dxa"/>
              <w:right w:w="100" w:type="dxa"/>
            </w:tcMar>
          </w:tcPr>
          <w:p w14:paraId="31C9106A" w14:textId="77777777" w:rsidR="0025436E" w:rsidRDefault="00000000">
            <w:pPr>
              <w:keepNext/>
              <w:spacing w:after="0"/>
            </w:pPr>
            <w:r>
              <w:rPr>
                <w:b/>
                <w:color w:val="000000"/>
                <w:sz w:val="22"/>
              </w:rPr>
              <w:t xml:space="preserve">6. </w:t>
            </w:r>
            <w:proofErr w:type="spellStart"/>
            <w:r>
              <w:rPr>
                <w:b/>
                <w:color w:val="000000"/>
                <w:sz w:val="22"/>
              </w:rPr>
              <w:t>個人情報</w:t>
            </w:r>
            <w:proofErr w:type="spellEnd"/>
          </w:p>
        </w:tc>
      </w:tr>
    </w:tbl>
    <w:p w14:paraId="2DFAFCB5" w14:textId="2A4EFFAD" w:rsidR="0025436E" w:rsidRDefault="00CC1F73">
      <w:pPr>
        <w:spacing w:before="40" w:after="60" w:line="259" w:lineRule="auto"/>
        <w:ind w:left="113" w:right="57"/>
        <w:rPr>
          <w:lang w:eastAsia="ja-JP"/>
        </w:rPr>
      </w:pPr>
      <w:r w:rsidRPr="00CC1F73">
        <w:rPr>
          <w:rFonts w:ascii="ＭＳ 明朝" w:eastAsia="ＭＳ 明朝" w:hAnsi="ＭＳ 明朝" w:cs="ＭＳ 明朝" w:hint="eastAsia"/>
          <w:color w:val="000000"/>
          <w:sz w:val="23"/>
          <w:lang w:eastAsia="ja-JP"/>
        </w:rPr>
        <w:t>私の</w:t>
      </w:r>
      <w:r w:rsidR="00000000">
        <w:rPr>
          <w:color w:val="000000"/>
          <w:sz w:val="23"/>
          <w:lang w:eastAsia="ja-JP"/>
        </w:rPr>
        <w:t>個人情報は、予約管理、サービス提供、安全管理および連絡のために利用し、法令に基づく場合または緊急時を除き、</w:t>
      </w:r>
      <w:r w:rsidRPr="00CC1F73">
        <w:rPr>
          <w:rFonts w:ascii="ＭＳ 明朝" w:eastAsia="ＭＳ 明朝" w:hAnsi="ＭＳ 明朝" w:cs="ＭＳ 明朝" w:hint="eastAsia"/>
          <w:color w:val="000000"/>
          <w:sz w:val="23"/>
          <w:lang w:eastAsia="ja-JP"/>
        </w:rPr>
        <w:t>私</w:t>
      </w:r>
      <w:r w:rsidR="00000000" w:rsidRPr="00CC1F73">
        <w:rPr>
          <w:color w:val="000000"/>
          <w:sz w:val="23"/>
          <w:lang w:eastAsia="ja-JP"/>
        </w:rPr>
        <w:t>の</w:t>
      </w:r>
      <w:r w:rsidR="00000000">
        <w:rPr>
          <w:color w:val="000000"/>
          <w:sz w:val="23"/>
          <w:lang w:eastAsia="ja-JP"/>
        </w:rPr>
        <w:t>同意なく第三者へ提供</w:t>
      </w:r>
      <w:r w:rsidR="00000000" w:rsidRPr="00CC1F73">
        <w:rPr>
          <w:color w:val="000000"/>
          <w:sz w:val="23"/>
          <w:lang w:eastAsia="ja-JP"/>
        </w:rPr>
        <w:t>し</w:t>
      </w:r>
      <w:r w:rsidRPr="00CC1F73">
        <w:rPr>
          <w:rFonts w:ascii="ＭＳ 明朝" w:eastAsia="ＭＳ 明朝" w:hAnsi="ＭＳ 明朝" w:cs="ＭＳ 明朝" w:hint="eastAsia"/>
          <w:color w:val="000000"/>
          <w:sz w:val="23"/>
          <w:lang w:eastAsia="ja-JP"/>
        </w:rPr>
        <w:t>ないことを理解します</w:t>
      </w:r>
      <w:r w:rsidR="00000000" w:rsidRPr="00CC1F73">
        <w:rPr>
          <w:color w:val="000000"/>
          <w:sz w:val="23"/>
          <w:lang w:eastAsia="ja-JP"/>
        </w:rPr>
        <w:t>。</w:t>
      </w:r>
    </w:p>
    <w:p w14:paraId="10BD72A4" w14:textId="77777777" w:rsidR="0025436E" w:rsidRDefault="00000000">
      <w:pPr>
        <w:spacing w:before="80" w:after="40" w:line="259" w:lineRule="auto"/>
        <w:rPr>
          <w:lang w:eastAsia="ja-JP"/>
        </w:rPr>
      </w:pPr>
      <w:r>
        <w:rPr>
          <w:b/>
          <w:color w:val="000000"/>
          <w:sz w:val="24"/>
        </w:rPr>
        <w:t>写真・動画の撮影・使用について（該当する場合のみ）</w:t>
      </w:r>
    </w:p>
    <w:p w14:paraId="4EE3AA9C" w14:textId="77777777" w:rsidR="0025436E" w:rsidRDefault="00000000">
      <w:pPr>
        <w:spacing w:after="60" w:line="259" w:lineRule="auto"/>
        <w:rPr>
          <w:lang w:eastAsia="ja-JP"/>
        </w:rPr>
      </w:pPr>
      <w:r>
        <w:rPr>
          <w:color w:val="000000"/>
          <w:sz w:val="23"/>
        </w:rPr>
        <w:t>実施者による写真・動画の撮影・使用について</w:t>
        <w:br/>
        <w:t>□ 撮影に同意しません　　□ 記録目的での撮影・使用に同意します　　□ 広報・SNS等への掲載にも同意します</w:t>
      </w:r>
    </w:p>
    <w:p w14:paraId="0F1502E2" w14:textId="77777777" w:rsidR="0025436E" w:rsidRDefault="00000000">
      <w:pPr>
        <w:spacing w:before="80" w:after="60" w:line="259" w:lineRule="auto"/>
        <w:rPr>
          <w:lang w:eastAsia="ja-JP"/>
        </w:rPr>
      </w:pPr>
      <w:r>
        <w:rPr>
          <w:b/>
          <w:color w:val="000000"/>
          <w:sz w:val="23"/>
          <w:lang w:eastAsia="ja-JP"/>
        </w:rPr>
        <w:t>私は、上記内容および実施者から別途提示された予約・キャンセル等のルールについて説明を受け、内容を理解したうえで施術・レッスンを受けることに同意します。</w:t>
      </w:r>
    </w:p>
    <w:tbl>
      <w:tblPr>
        <w:tblW w:w="0" w:type="auto"/>
        <w:jc w:val="center"/>
        <w:tblLayout w:type="fixed"/>
        <w:tblLook w:val="04A0" w:firstRow="1" w:lastRow="0" w:firstColumn="1" w:lastColumn="0" w:noHBand="0" w:noVBand="1"/>
      </w:tblPr>
      <w:tblGrid>
        <w:gridCol w:w="2211"/>
        <w:gridCol w:w="7767"/>
      </w:tblGrid>
      <w:tr w:rsidR="0025436E" w14:paraId="632C2364" w14:textId="77777777">
        <w:trPr>
          <w:jc w:val="center"/>
        </w:trPr>
        <w:tc>
          <w:tcPr>
            <w:tcW w:w="2211" w:type="dxa"/>
            <w:tcBorders>
              <w:top w:val="single" w:sz="5" w:space="0" w:color="B9C9C7"/>
              <w:left w:val="single" w:sz="5" w:space="0" w:color="B9C9C7"/>
              <w:bottom w:val="single" w:sz="5" w:space="0" w:color="B9C9C7"/>
              <w:right w:val="single" w:sz="5" w:space="0" w:color="B9C9C7"/>
            </w:tcBorders>
            <w:shd w:val="clear" w:color="auto" w:fill="EAF2F1"/>
            <w:vAlign w:val="center"/>
            <w:tcMar>
              <w:top w:w="80" w:type="dxa"/>
              <w:bottom w:w="80" w:type="dxa"/>
              <w:left w:w="100" w:type="dxa"/>
              <w:right w:w="100" w:type="dxa"/>
            </w:tcMar>
          </w:tcPr>
          <w:p w14:paraId="341C5445" w14:textId="77777777" w:rsidR="0025436E" w:rsidRDefault="00000000">
            <w:pPr>
              <w:spacing w:after="0"/>
              <w:jc w:val="center"/>
            </w:pPr>
            <w:proofErr w:type="spellStart"/>
            <w:r>
              <w:rPr>
                <w:b/>
                <w:color w:val="000000"/>
                <w:sz w:val="22"/>
              </w:rPr>
              <w:t>お客様署名</w:t>
            </w:r>
            <w:proofErr w:type="spellEnd"/>
          </w:p>
        </w:tc>
        <w:tc>
          <w:tcPr>
            <w:tcW w:w="7767" w:type="dxa"/>
            <w:tcBorders>
              <w:top w:val="single" w:sz="5" w:space="0" w:color="B9C9C7"/>
              <w:left w:val="single" w:sz="5" w:space="0" w:color="B9C9C7"/>
              <w:bottom w:val="single" w:sz="5" w:space="0" w:color="B9C9C7"/>
              <w:right w:val="single" w:sz="5" w:space="0" w:color="B9C9C7"/>
            </w:tcBorders>
            <w:vAlign w:val="center"/>
            <w:tcMar>
              <w:top w:w="80" w:type="dxa"/>
              <w:bottom w:w="80" w:type="dxa"/>
              <w:left w:w="100" w:type="dxa"/>
              <w:right w:w="100" w:type="dxa"/>
            </w:tcMar>
          </w:tcPr>
          <w:p w14:paraId="3DD9AF70" w14:textId="77777777" w:rsidR="0025436E" w:rsidRDefault="00000000">
            <w:pPr>
              <w:spacing w:after="0"/>
            </w:pPr>
            <w:r>
              <w:rPr>
                <w:color w:val="000000"/>
                <w:sz w:val="22"/>
              </w:rPr>
              <w:t xml:space="preserve">　　　　　　　　　　　　　　　　　　　　　　　　　　　　　　　　　</w:t>
            </w:r>
          </w:p>
        </w:tc>
      </w:tr>
    </w:tbl>
    <w:p w14:paraId="2F56AD03" w14:textId="77777777" w:rsidR="00000FF0" w:rsidRDefault="00000FF0">
      <w:pPr>
        <w:spacing w:after="60" w:line="259" w:lineRule="auto"/>
      </w:pPr>
    </w:p>
    <w:sectPr w:rsidR="00000FF0" w:rsidSect="00034616">
      <w:pgSz w:w="11906" w:h="16838"/>
      <w:pgMar w:top="737" w:right="850" w:bottom="737" w:left="850" w:header="283"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32373724">
    <w:abstractNumId w:val="8"/>
  </w:num>
  <w:num w:numId="2" w16cid:durableId="1790663682">
    <w:abstractNumId w:val="6"/>
  </w:num>
  <w:num w:numId="3" w16cid:durableId="1855072387">
    <w:abstractNumId w:val="5"/>
  </w:num>
  <w:num w:numId="4" w16cid:durableId="738331342">
    <w:abstractNumId w:val="4"/>
  </w:num>
  <w:num w:numId="5" w16cid:durableId="1898130575">
    <w:abstractNumId w:val="7"/>
  </w:num>
  <w:num w:numId="6" w16cid:durableId="1330527022">
    <w:abstractNumId w:val="3"/>
  </w:num>
  <w:num w:numId="7" w16cid:durableId="479733367">
    <w:abstractNumId w:val="2"/>
  </w:num>
  <w:num w:numId="8" w16cid:durableId="1617909094">
    <w:abstractNumId w:val="1"/>
  </w:num>
  <w:num w:numId="9" w16cid:durableId="191550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FF0"/>
    <w:rsid w:val="00034616"/>
    <w:rsid w:val="0006063C"/>
    <w:rsid w:val="0015074B"/>
    <w:rsid w:val="0025436E"/>
    <w:rsid w:val="002929C5"/>
    <w:rsid w:val="0029639D"/>
    <w:rsid w:val="00326F90"/>
    <w:rsid w:val="006639F8"/>
    <w:rsid w:val="00AA1D8D"/>
    <w:rsid w:val="00B47730"/>
    <w:rsid w:val="00CB0664"/>
    <w:rsid w:val="00CC1F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EC3C318"/>
  <w14:defaultImageDpi w14:val="300"/>
  <w15:docId w15:val="{893AC621-C444-4CD8-8A39-C461AB57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color w:val="222222"/>
      <w:sz w:val="22"/>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132</Words>
  <Characters>758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takaku</cp:lastModifiedBy>
  <cp:revision>2</cp:revision>
  <dcterms:created xsi:type="dcterms:W3CDTF">2026-09-28T09:43:00Z</dcterms:created>
  <dcterms:modified xsi:type="dcterms:W3CDTF">2026-09-28T09:43:00Z</dcterms:modified>
  <cp:category/>
</cp:coreProperties>
</file>